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Ημερήσια αναφορά δραστηριότητας</w:t>
      </w:r>
    </w:p>
    <w:p>
      <w:r>
        <w:t xml:space="preserve">Κενό έντυπο: χρησιμοποιήστε ένα αντίγραφο ανά βάρδια.</w:t>
      </w:r>
    </w:p>
    <w:p>
      <w:r>
        <w:t xml:space="preserve">Εγκατάσταση / ακίνητο: ________________________</w:t>
      </w:r>
    </w:p>
    <w:p>
      <w:r>
        <w:t xml:space="preserve">Φύλακας: ________________________    Ημερομηνία: ________________________</w:t>
      </w:r>
    </w:p>
    <w:p>
      <w:r>
        <w:t xml:space="preserve">Έναρξη βάρδιας: ________________________    Λήξη: ________________________</w:t>
      </w:r>
    </w:p>
    <w:p>
      <w:r>
        <w:t xml:space="preserve">Επόπτης / ελεγκτής: ________________________</w:t>
      </w:r>
    </w:p>
    <w:p>
      <w:r>
        <w:t xml:space="preserve">Πόστο / περιοχή περιπολίας (προαιρετικό): ________________________</w:t>
      </w:r>
    </w:p>
    <w:p>
      <w:pPr>
        <w:pStyle w:val="Heading1"/>
      </w:pPr>
      <w:r>
        <w:t xml:space="preserve">Ημερολόγιο δραστηριότητας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964"/>
        <w:gridCol w:w="1587"/>
        <w:gridCol w:w="3061"/>
        <w:gridCol w:w="2891"/>
        <w:gridCol w:w="1361"/>
      </w:tblGrid>
      <w:tr>
        <w:trPr>
          <w:cantSplit/>
          <w:tblHeader/>
        </w:trPr>
        <w:tc>
          <w:tcPr>
            <w:tcW w:type="dxa" w:w="964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Ώρα</w:t>
            </w:r>
          </w:p>
        </w:tc>
        <w:tc>
          <w:tcPr>
            <w:tcW w:type="dxa" w:w="158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Τοποθεσία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Ενέργεια / παρατήρηση</w:t>
            </w:r>
          </w:p>
        </w:tc>
        <w:tc>
          <w:tcPr>
            <w:tcW w:type="dxa" w:w="289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Ενέργειες αντιμετώπισης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Κατάσταση</w:t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Συμβάντα / σημαντικά ζητήματα</w:t>
      </w:r>
    </w:p>
    <w:p>
      <w:r>
        <w:t>_______________________________________________________________________________</w:t>
      </w:r>
    </w:p>
    <w:p>
      <w:r>
        <w:t>_______________________________________________________________________________</w:t>
      </w:r>
    </w:p>
    <w:p>
      <w:pPr>
        <w:pStyle w:val="Heading1"/>
      </w:pPr>
      <w:r>
        <w:t xml:space="preserve">Θέματα για την επόμενη βάρδια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268"/>
        <w:gridCol w:w="3061"/>
        <w:gridCol w:w="4535"/>
      </w:tblGrid>
      <w:tr>
        <w:trPr>
          <w:cantSplit/>
          <w:tblHeader/>
        </w:trPr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Ζήτημα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Τελευταία κατάσταση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Επόμενη ενέργεια</w:t>
            </w:r>
          </w:p>
        </w:tc>
      </w:tr>
      <w:tr>
        <w:trPr>
          <w:cantSplit/>
          <w:trHeight w:val="794" w:hRule="atLeast"/>
        </w:trPr>
        <w:tc>
          <w:tcPr>
            <w:tcW w:type="dxa" w:w="226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/>
    <w:p>
      <w:r>
        <w:t xml:space="preserve">Συντάχθηκε από: __________________________    Ημερομηνία/ώρα: ______________________</w:t>
      </w:r>
    </w:p>
    <w:p>
      <w:r>
        <w:t xml:space="preserve">Ελέγχθηκε από: __________________________    Ημερομηνία/ώρα: ______________________</w:t>
      </w:r>
    </w:p>
    <w:p>
      <w:r>
        <w:t xml:space="preserve">Καταγράψτε γεγονότα, όχι υποθέσεις, την ώρα του συμβάντος και τις ενέργειές σας. Παραδώστε τις εκκρεμότητες στην επόμενη βάρδια. Χρησιμοποιήστε ξεχωριστή αναφορά συμβάντος όπου απαιτείται.</w:t>
      </w:r>
    </w:p>
    <w:p>
      <w:r>
        <w:br w:type="page"/>
      </w:r>
    </w:p>
    <w:p>
      <w:pPr>
        <w:pStyle w:val="Title"/>
      </w:pPr>
      <w:r>
        <w:t xml:space="preserve">Ημερήσια αναφορά δραστηριότητας</w:t>
      </w:r>
    </w:p>
    <w:p>
      <w:r>
        <w:t xml:space="preserve">ΥΠΟΘΕΤΙΚΟ ΠΑΡΑΔΕΙΓΜΑ — ΜΟΝΟ ΓΙΑ ΕΠΙΔΕΙΞΗ</w:t>
      </w:r>
    </w:p>
    <w:p>
      <w:r>
        <w:t xml:space="preserve">Εγκατάσταση / ακίνητο: Harbor Point Offices — Υποθετικό παράδειγμα</w:t>
      </w:r>
    </w:p>
    <w:p>
      <w:r>
        <w:t xml:space="preserve">Φύλακας: Φύλακας A (παράδειγμα)    Ημερομηνία: 14–15 Ιανουαρίου 2026</w:t>
      </w:r>
    </w:p>
    <w:p>
      <w:r>
        <w:t xml:space="preserve">Έναρξη: 14 Ιαν., 22:00    Λήξη: 15 Ιαν., 06:00</w:t>
      </w:r>
    </w:p>
    <w:p>
      <w:r>
        <w:t xml:space="preserve">Επόπτης / ελεγκτής: Επόπτης B (παράδειγμα)</w:t>
      </w:r>
    </w:p>
    <w:p>
      <w:r>
        <w:t xml:space="preserve">Πόστο / περιοχή περιπολίας (προαιρετικό): είσοδοι και εξωτερικοί χώροι</w:t>
      </w:r>
    </w:p>
    <w:p>
      <w:r>
        <w:t xml:space="preserve">Τοπική ώρα εγκατάστασης. Οι εγγραφές από τις 00:40 αφορούν τη 15η Ιανουαρίου.</w:t>
      </w:r>
    </w:p>
    <w:p>
      <w:pPr>
        <w:pStyle w:val="Heading1"/>
      </w:pPr>
      <w:r>
        <w:t xml:space="preserve">Ημερολόγιο δραστηριότητας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964"/>
        <w:gridCol w:w="1587"/>
        <w:gridCol w:w="3061"/>
        <w:gridCol w:w="2891"/>
        <w:gridCol w:w="1361"/>
      </w:tblGrid>
      <w:tr>
        <w:trPr>
          <w:cantSplit/>
          <w:tblHeader/>
        </w:trPr>
        <w:tc>
          <w:tcPr>
            <w:tcW w:type="dxa" w:w="964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Ώρα</w:t>
            </w:r>
          </w:p>
        </w:tc>
        <w:tc>
          <w:tcPr>
            <w:tcW w:type="dxa" w:w="158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Τοποθεσία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Ενέργεια / παρατήρηση</w:t>
            </w:r>
          </w:p>
        </w:tc>
        <w:tc>
          <w:tcPr>
            <w:tcW w:type="dxa" w:w="289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Ενέργειες αντιμετώπισης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Κατάσταση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22:00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Κεντρικό πόστο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Έναρξη βάρδιας· δεν αναφέρθηκαν εκκρεμότητες κατά την παραλαβή.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Παρέλαβα τη βάρδια και έλεγξα τα καθήκοντά μου.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Έγινε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23:15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Χώρος στάθμευσης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Δεν παρατηρήθηκε εμπόδιο στον σημασμένο πεζόδρομο.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Ολοκλήρωσα την περιπολία του πεζόδρομου.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Έγινε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00:40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Είσοδος τεχνικού χώρου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Έλεγξα την είσοδο χωρίς να μπω στον χώρο.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Συνέχισα την καθορισμένη περιπολία.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Έγινε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02:10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Βοηθητική είσοδος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Η πόρτα δεν ασφάλιζε όταν έκλεινε.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Ενημέρωσα τον επόπτη στις 02:15. Επικοινώνησε με τη συντήρηση.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Εκκρεμεί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05:40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Βοηθητική είσοδος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Η πόρτα συνέχιζε να μην ασφαλίζει· δεν επιβεβαιώθηκε επισκευή.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Ενημέρωσα ξανά τον επόπτη και σημείωσα το θέμα για την παράδοση.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Εκκρεμεί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06:00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Κεντρικό πόστο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Το πρόβλημα της πόρτας παρέμενε στη λήξη της βάρδιας.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Ενημέρωσα τον επόμενο φύλακα· ο επόπτης θα ζητήσει νέα από τη συντήρηση.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Παραδόθηκε</w:t>
            </w:r>
          </w:p>
        </w:tc>
      </w:tr>
    </w:tbl>
    <w:p>
      <w:pPr>
        <w:pStyle w:val="Heading1"/>
      </w:pPr>
      <w:r>
        <w:t xml:space="preserve">Συμβάντα / σημαντικά ζητήματα</w:t>
      </w:r>
    </w:p>
    <w:p>
      <w:r>
        <w:t xml:space="preserve">Η πόρτα της βοηθητικής εισόδου δεν ασφάλιζε στις 02:10. Ο επόπτης ενημερώθηκε στις 02:15. Δεν επιβεβαιώθηκε επισκευή μέχρι τη λήξη της βάρδιας.</w:t>
      </w:r>
    </w:p>
    <w:p>
      <w:pPr>
        <w:pStyle w:val="Heading1"/>
      </w:pPr>
      <w:r>
        <w:t xml:space="preserve">Θέματα για την επόμενη βάρδια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268"/>
        <w:gridCol w:w="3061"/>
        <w:gridCol w:w="4535"/>
      </w:tblGrid>
      <w:tr>
        <w:trPr>
          <w:cantSplit/>
          <w:tblHeader/>
        </w:trPr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Ζήτημα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Τελευταία κατάσταση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Επόμενη ενέργεια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Πόρτα βοηθητικής εισόδου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Στις 05:40 δεν ασφάλιζε· εκκρεμότητα στις 06:00.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Ο επόμενος φύλακας συνεχίζει τους ελέγχους βάσει της διαδικασίας της εγκατάστασης· ο επόπτης ζητά ενημέρωση από τη συντήρηση.</w:t>
            </w:r>
          </w:p>
        </w:tc>
      </w:tr>
    </w:tbl>
    <w:p/>
    <w:p>
      <w:r>
        <w:t xml:space="preserve">Συντάκτης: Φύλακας A (παράδειγμα)    Ημερομηνία/ώρα: 15 Ιαν., 06:00</w:t>
      </w:r>
    </w:p>
    <w:p>
      <w:r>
        <w:t xml:space="preserve">Έλεγχος: Επόπτης B (παράδειγμα)    Ημερομηνία/ώρα: 15 Ιαν., 06:10</w:t>
      </w:r>
    </w:p>
    <w:p>
      <w:r>
        <w:t xml:space="preserve">Καταγράψτε γεγονότα, όχι υποθέσεις, την ώρα του συμβάντος και τις ενέργειές σας. Παραδώστε τις εκκρεμότητες στην επόμενη βάρδια. Χρησιμοποιήστε ξεχωριστή αναφορά συμβάντος όπου απαιτείται.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checkpointguard.com  |  Ημερήσια αναφορά  |  Σελίδα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 xml:space="preserve">CheckpointGuard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/>
      <w:color w:val="000000"/>
      <w:sz w:val="21"/>
      <w:lang w:val="el-G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before="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Guard Daily Activity Report Template</dc:title>
  <dc:subject>Simple blank shift form and fictional completed example</dc:subject>
  <dc:creator>CheckpointGuard</dc:creator>
  <cp:keywords/>
  <dc:description/>
  <cp:lastModifiedBy>CheckpointGuard</cp:lastModifiedBy>
  <cp:revision>1</cp:revision>
  <dcterms:created xsi:type="dcterms:W3CDTF">2026-09-09T00:00:00Z</dcterms:created>
  <dcterms:modified xsi:type="dcterms:W3CDTF">2026-09-09T00:00:00Z</dcterms:modified>
  <cp:category/>
</cp:coreProperties>
</file>