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Αναφορά συμβάντος φύλαξης</w:t>
      </w:r>
    </w:p>
    <w:p>
      <w:r>
        <w:rPr>
          <w:b/>
        </w:rPr>
        <w:t xml:space="preserve">ΚΕΝΟ ΕΝΤΥΠΟ</w:t>
      </w:r>
    </w:p>
    <w:p>
      <w:r>
        <w:t xml:space="preserve">Ξεχωρίστε όσα παρατηρήσατε από όσα σας αναφέρθηκαν. Μη συμπληρώνετε άγνωστες λεπτομέρειες· η ενημέρωση δεν επιβεβαιώνει επίλυση.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Εγκατάσταση/ακίνητο· κωδικός αναφοράς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Φύλακας/συντάκτης· ημερομηνία και ώρα σύνταξης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Ημερομηνία/ώρα συμβάντος· τοποθεσία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Εμπλεκόμενοι/μάρτυρες· πηγή πληροφορίας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Όσα παρατηρήθηκαν ή αναφέρθηκαν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Άμεσες ενέργειες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Ενημέρωση/κλιμάκωση· ώρα και παραλήπτης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Παρακολούθηση/κατάσταση· υπεύθυνος· επόμενη ενέργεια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Σχετικές εγγραφές/συνημμένα· επιβεβαίωση συντάκτη/ελεγκτή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</w:tbl>
    <w:p>
      <w:r>
        <w:t xml:space="preserve">checkpointguard.com | Τηρείτε τις εγκεκριμένες οδηγίες της εγκατάστασης. Φυλάσσετε χωριστά τα αναλυτικά στοιχεία.</w:t>
      </w:r>
    </w:p>
    <w:p>
      <w:r>
        <w:br w:type="page"/>
      </w:r>
    </w:p>
    <w:p>
      <w:pPr>
        <w:pStyle w:val="Title"/>
      </w:pPr>
      <w:r>
        <w:t xml:space="preserve">Αναφορά συμβάντος φύλαξης</w:t>
      </w:r>
    </w:p>
    <w:p>
      <w:r>
        <w:rPr>
          <w:b/>
        </w:rPr>
        <w:t xml:space="preserve">ΣΥΜΠΛΗΡΩΜΕΝΟ ΥΠΟΘΕΤΙΚΟ ΠΑΡΑΔΕΙΓΜΑ</w:t>
      </w:r>
    </w:p>
    <w:p>
      <w:r>
        <w:t xml:space="preserve">Όλα τα πρόσωπα, οι χώροι και τα συμβάντα είναι υποθετικά. Ξεχωρίστε όσα παρατηρήσατε από όσα σας αναφέρθηκαν. Μη συμπληρώνετε άγνωστες λεπτομέρειες· η ενημέρωση δεν επιβεβαιώνει επίλυση.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Εγκατάσταση/ακίνητο· κωδικός αναφοράς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Harbor Point Offices - Υποθετικό παράδειγμα· EX-001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Φύλακας/συντάκτης· ημερομηνία και ώρα σύνταξης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Φύλακας A (παράδειγμα)· 14 Ιανουαρίου 2026, 22:45, τοπική ώρα εγκατάστασης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Ημερομηνία/ώρα συμβάντος· τοποθεσία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14 Ιανουαρίου 2026, 22:25· πρόσβαση βοηθητικής πόρτας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Εμπλεκόμενοι/μάρτυρες· πηγή πληροφορίας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Δεν υπήρχε άλλο πρόσωπο κατά τον έλεγχο. Παρατήρηση του Φύλακα A (παράδειγμα).</w:t>
            </w:r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Όσα παρατηρήθηκαν ή αναφέρθηκαν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Στις 22:25 έλεγξα τη βοηθητική πόρτα στην καθορισμένη διαδρομή. Δεν ασφάλιζε όταν έκλεινε. Δεν γνωρίζω πότε εμφανίστηκε η βλάβη.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Άμεσες ενέργειες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Ενημέρωσα τον επόπτη στις 22:30 και ακολούθησα την εγκεκριμένη οδηγία της εγκατάστασης για τη συγκεκριμένη πόρτα. Δεν επιχείρησα επισκευή.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Ενημέρωση/κλιμάκωση· ώρα και παραλήπτης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Ο Επόπτης B (παράδειγμα) επιβεβαίωσε τη λήψη στις 22:32. Δεν επιβεβαιώθηκε ολοκλήρωση επισκευής.</w:t>
            </w:r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Παρακολούθηση/κατάσταση· υπεύθυνος· επόμενη ενέργεια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Εκκρεμεί. Ο Επόπτης B (παράδειγμα) θα ζητήσει ενημέρωση από τη συντήρηση. Το άλυτο θέμα θα παραδοθεί στον επόμενο φύλακα κατά την αλλαγή βάρδιας.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Σχετικές εγγραφές/συνημμένα· επιβεβαίωση συντάκτη/ελεγκτή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Λίστα ελέγχου περιπολίας EX-P01. Χωρίς συνημμένα. Συντάκτης: Φύλακας A (παράδειγμα). Έλεγχος: εκκρεμεί.</w:t>
            </w:r>
          </w:p>
        </w:tc>
      </w:tr>
    </w:tbl>
    <w:p>
      <w:r>
        <w:t xml:space="preserve">checkpointguard.com | Υποθετικό παράδειγμα: φυλάσσεται χωριστά από τις πραγματικές εγγραφές.</w:t>
      </w:r>
    </w:p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Αναφορά συμβάντος φύλαξης</dc:title>
  <dc:subject>Blank form and fictional completed example</dc:subject>
  <dc:creator>CheckpointGuard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