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Λίστα παράδοσης και παραλαβής βάρδιας φύλαξης</w:t>
      </w:r>
    </w:p>
    <w:p>
      <w:r>
        <w:rPr>
          <w:b/>
        </w:rPr>
        <w:t xml:space="preserve">ΚΕΝΟ ΕΝΤΥΠΟ</w:t>
      </w:r>
    </w:p>
    <w:p>
      <w:r>
        <w:t xml:space="preserve">Ελέγξτε κάθε σημείο. Γράψτε «Δεν αναφέρθηκε», «Δεν αφορά» ή «Δεν ελέγχθηκε», με αιτιολογία. Η επιβεβαίωση παραλαβής δεν κλείνει εκκρεμότητες.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Εγκατάσταση/πόστο· ημερομηνία/ώρα και ζώνη ώρας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Απερχόμενος φύλακας· επόμενος φύλακας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Ανοιχτά συμβάντα/ζητήματα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Κατάσταση πρόσβασης, κλειδιών και εξοπλισμού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Επισκέπτες/παραδόσεις με εκκρεμότητες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Ζητήματα περιπολίας/σημείων ελέγχου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Κατάσταση εγκατάστασης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Επόμενες ενέργειες· υπεύθυνος· προθεσμία/ώρα ενημέρωσης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Επιβεβαίωση παράδοσης/παραλαβής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Τηρείτε τις εγκεκριμένες οδηγίες της εγκατάστασης. Φυλάσσετε χωριστά τα αναλυτικά στοιχεία.</w:t>
      </w:r>
    </w:p>
    <w:p>
      <w:r>
        <w:br w:type="page"/>
      </w:r>
    </w:p>
    <w:p>
      <w:pPr>
        <w:pStyle w:val="Title"/>
      </w:pPr>
      <w:r>
        <w:t xml:space="preserve">Λίστα παράδοσης και παραλαβής βάρδιας φύλαξης</w:t>
      </w:r>
    </w:p>
    <w:p>
      <w:r>
        <w:rPr>
          <w:b/>
        </w:rPr>
        <w:t xml:space="preserve">ΣΥΜΠΛΗΡΩΜΕΝΟ ΥΠΟΘΕΤΙΚΟ ΠΑΡΑΔΕΙΓΜΑ</w:t>
      </w:r>
    </w:p>
    <w:p>
      <w:r>
        <w:t xml:space="preserve">Όλα τα πρόσωπα, οι χώροι και τα συμβάντα είναι υποθετικά. Ελέγξτε κάθε σημείο. Γράψτε «Δεν αναφέρθηκε», «Δεν αφορά» ή «Δεν ελέγχθηκε», με αιτιολογία. Η επιβεβαίωση παραλαβής δεν κλείνει εκκρεμότητες.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Εγκατάσταση/πόστο· ημερομηνία/ώρα και ζώνη ώρας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Υποθετικό παράδειγμα / Υποδοχή· 15 Ιανουαρίου 2026, 06:00, τοπική ώρα εγκατάστασης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Απερχόμενος φύλακας· επόμενος φύλακας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Φύλακας A (παράδειγμα)· Φύλακας C (παράδειγμα)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Ανοιχτά συμβάντα/ζητήματα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Η βοηθητική πόρτα δεν ασφάλιζε στις 22:25 της 14ης Ιανουαρίου. Η αναφορά EX-001 παραμένει ανοιχτή· η επισκευή δεν επιβεβαιώθηκε.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Κατάσταση πρόσβασης, κλειδιών και εξοπλισμού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Παραδόθηκαν το σετ κλειδιών K1 και ο ασύρματος R1. Ο επόμενος φύλακας έλεγξε την παραλαβή. Τηρείτε τις εγκεκριμένες άδειες πρόσβασης της εγκατάστασης.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Επισκέπτες/παραδόσεις με εκκρεμότητες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Δεν αναφέρθηκε εκκρεμότητα επισκέπτη ή παράδοσης σε αυτή την αλλαγή βάρδιας.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Ζητήματα περιπολίας/σημείων ελέγχου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Αναφέρθηκε σβηστό εξωτερικό φωτιστικό στις 22:35 της 14ης Ιανουαρίου. Δεν υπάρχει ενημέρωση επισκευής. Η σάρωση από μόνη της δεν επιβεβαιώνει ότι ελέγχθηκε ο φωτισμός.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Κατάσταση εγκατάστασης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Ένα φωτιστικό του εξωτερικού πεζόδρομου παραμένει δηλωμένο ως σβηστό. Γνωστοποιήθηκε η εγκεκριμένη ασφαλής εναλλακτική διαδρομή.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Επόμενες ενέργειες· υπεύθυνος· προθεσμία/ώρα ενημέρωσης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Ο Επόπτης B θα ζητήσει ενημέρωση για πόρτα και φωτισμό. Ο Φύλακας C θα τηρήσει τις οδηγίες της εγκατάστασης και θα ζητήσει την κατάσταση στην επόμενη συμφωνημένη επικοινωνία με τον επόπτη.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Επιβεβαίωση παράδοσης/παραλαβής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Παράδοση: Φύλακας A (παράδειγμα), 06:00. Παραλαβή: Φύλακας C (παράδειγμα), 06:00. Επιβεβαιώθηκε η ενημέρωση· τα θέματα παραμένουν ανοιχτά.</w:t>
            </w:r>
          </w:p>
        </w:tc>
      </w:tr>
    </w:tbl>
    <w:p>
      <w:r>
        <w:t xml:space="preserve">checkpointguard.com | Υποθετικό παράδειγμα: φυλάσσεται χωριστά από τις πραγματικές εγγραφές.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Λίστα παράδοσης και παραλαβής βάρδιας φύλαξης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