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Ежедневный отчёт о работе охраны</w:t>
      </w:r>
    </w:p>
    <w:p>
      <w:r>
        <w:t xml:space="preserve">Чистый бланк: один экземпляр на каждую смену.</w:t>
      </w:r>
    </w:p>
    <w:p>
      <w:r>
        <w:t xml:space="preserve">Объект: ________________________</w:t>
      </w:r>
    </w:p>
    <w:p>
      <w:r>
        <w:t xml:space="preserve">Охранник: ________________________    Дата: ________________________</w:t>
      </w:r>
    </w:p>
    <w:p>
      <w:r>
        <w:t xml:space="preserve">Начало смены: ________________________    Окончание: ________________________</w:t>
      </w:r>
    </w:p>
    <w:p>
      <w:r>
        <w:t xml:space="preserve">Руководитель / проверяющий: ________________________</w:t>
      </w:r>
    </w:p>
    <w:p>
      <w:r>
        <w:t xml:space="preserve">Пост / зона обхода (необязательно): ________________________</w:t>
      </w:r>
    </w:p>
    <w:p>
      <w:pPr>
        <w:pStyle w:val="Heading1"/>
      </w:pPr>
      <w:r>
        <w:t xml:space="preserve">Журнал действий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Время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Место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Действие / наблюдение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Принятые меры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Статус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Происшествия / важные вопросы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Вопросы для следующей смены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Проблема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Текущий статус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Следующее действие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Составил: __________________________    Дата/время: ______________________</w:t>
      </w:r>
    </w:p>
    <w:p>
      <w:r>
        <w:t xml:space="preserve">Проверил: __________________________    Дата/время: ______________________</w:t>
      </w:r>
    </w:p>
    <w:p>
      <w:r>
        <w:t xml:space="preserve">Записывайте факты, а не предположения, время события и принятые меры. Передавайте нерешённые вопросы следующей смене. При необходимости составляйте отдельный отчёт о происшествии.</w:t>
      </w:r>
    </w:p>
    <w:p>
      <w:r>
        <w:br w:type="page"/>
      </w:r>
    </w:p>
    <w:p>
      <w:pPr>
        <w:pStyle w:val="Title"/>
      </w:pPr>
      <w:r>
        <w:t xml:space="preserve">Ежедневный отчёт о работе охраны</w:t>
      </w:r>
    </w:p>
    <w:p>
      <w:r>
        <w:t xml:space="preserve">ВЫМЫШЛЕННЫЙ ПРИМЕР — ТОЛЬКО ДЛЯ ДЕМОНСТРАЦИИ</w:t>
      </w:r>
    </w:p>
    <w:p>
      <w:r>
        <w:t xml:space="preserve">Объект: Harbor Point Offices — Вымышленный пример</w:t>
      </w:r>
    </w:p>
    <w:p>
      <w:r>
        <w:t xml:space="preserve">Охранник: Охранник A (пример)    Дата: 14–15 января 2026 г.</w:t>
      </w:r>
    </w:p>
    <w:p>
      <w:r>
        <w:t xml:space="preserve">Начало: 14 янв., 22:00    Окончание: 15 янв., 06:00</w:t>
      </w:r>
    </w:p>
    <w:p>
      <w:r>
        <w:t xml:space="preserve">Руководитель / проверяющий: Руководитель B (пример)</w:t>
      </w:r>
    </w:p>
    <w:p>
      <w:r>
        <w:t xml:space="preserve">Пост / зона обхода (необязательно): входы и наружный обход</w:t>
      </w:r>
    </w:p>
    <w:p>
      <w:r>
        <w:t xml:space="preserve">Местное время объекта. Записи начиная с 00:40 относятся к 15 января.</w:t>
      </w:r>
    </w:p>
    <w:p>
      <w:pPr>
        <w:pStyle w:val="Heading1"/>
      </w:pPr>
      <w:r>
        <w:t xml:space="preserve">Журнал действий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Время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Место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Действие / наблюдение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Принятые меры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Статус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Основной пост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Смена начата; при приёме смены о нерешённых вопросах не сообщили.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Принял смену и ознакомился с назначенными задачами.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Выполнено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Парковка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На обозначенной дорожке препятствий не замечено.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Выполнил обход дорожки.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Выполнено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Вход в техническое помещение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Проверил вход, внутрь помещения не заходил.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Продолжил назначенный обход.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Выполнено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Служебный вход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После закрытия двери защёлка не фиксировалась.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Сообщил руководителю в 02:15. Он связался с технической службой.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Не решено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Служебный вход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Защёлка по-прежнему не фиксировалась; ремонт не подтверждён.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Уточнил состояние руководителю и записал вопрос для передачи смены.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Не решено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Основной пост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К окончанию смены проблема с дверью не решена.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Сообщил сменщику; руководителю следует уточнить состояние ремонта.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Передано</w:t>
            </w:r>
          </w:p>
        </w:tc>
      </w:tr>
    </w:tbl>
    <w:p>
      <w:pPr>
        <w:pStyle w:val="Heading1"/>
      </w:pPr>
      <w:r>
        <w:t xml:space="preserve">Происшествия / важные вопросы</w:t>
      </w:r>
    </w:p>
    <w:p>
      <w:r>
        <w:t xml:space="preserve">В 02:10 защёлка двери служебного входа не фиксировалась. Руководитель уведомлён в 02:15. К концу смены ремонт не подтверждён.</w:t>
      </w:r>
    </w:p>
    <w:p>
      <w:pPr>
        <w:pStyle w:val="Heading1"/>
      </w:pPr>
      <w:r>
        <w:t xml:space="preserve">Вопросы для следующей смены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Проблема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Текущий статус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Следующее действие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Дверь служебного входа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В 05:40 защёлка не фиксировалась; в 06:00 вопрос не решён.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Сменщик продолжает проверки по порядку объекта; руководитель уточняет состояние у технической службы.</w:t>
            </w:r>
          </w:p>
        </w:tc>
      </w:tr>
    </w:tbl>
    <w:p/>
    <w:p>
      <w:r>
        <w:t xml:space="preserve">Составил: Охранник A (пример)    Дата/время: 15 янв., 06:00</w:t>
      </w:r>
    </w:p>
    <w:p>
      <w:r>
        <w:t xml:space="preserve">Проверил: Руководитель B (пример)    Дата/время: 15 янв., 06:10</w:t>
      </w:r>
    </w:p>
    <w:p>
      <w:r>
        <w:t xml:space="preserve">Записывайте факты, а не предположения, время события и принятые меры. Передавайте нерешённые вопросы следующей смене. При необходимости составляйте отдельный отчёт о происшествии.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Ежедневный отчёт  |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