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Контрольный лист обхода охраны</w:t>
      </w:r>
    </w:p>
    <w:p>
      <w:r>
        <w:t xml:space="preserve">Чистый бланк: адаптируйте к утверждённым инструкциям обхода объекта.</w:t>
      </w:r>
    </w:p>
    <w:p>
      <w:r>
        <w:t xml:space="preserve">Объект: ____________________________</w:t>
      </w:r>
    </w:p>
    <w:p>
      <w:r>
        <w:t xml:space="preserve">Охранник: ____________________________    Дата: ____________________________</w:t>
      </w:r>
    </w:p>
    <w:p>
      <w:r>
        <w:t xml:space="preserve">Смена: ____________________________</w:t>
      </w:r>
    </w:p>
    <w:p>
      <w:r>
        <w:t xml:space="preserve">Зона/маршрут обхода: ____________________________</w:t>
      </w:r>
    </w:p>
    <w:p>
      <w:r>
        <w:t xml:space="preserve">Руководитель/проверяющий: ____________________________</w:t>
      </w:r>
    </w:p>
    <w:p>
      <w:pPr>
        <w:pStyle w:val="Heading1"/>
      </w:pPr>
      <w:r>
        <w:t xml:space="preserve">Проверки при обходе</w:t>
      </w:r>
    </w:p>
    <w:p>
      <w:r>
        <w:t xml:space="preserve">Сделано = проверка выполнена, а не отсутствие дефекта. Укажите Да/Нет/Не применимо; поясните два последних ответа. Сканирование не удостоверяет выполнение задач.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Зона/точка обхода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Что проверить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Сделано?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Проблема?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Мера/примечание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Проблемы/исключения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Место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Что обнаружено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Принятые меры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Статус</w:t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Вопросы для следующей смены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Проблема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Текущий статус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Следующее действие</w:t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r>
        <w:t xml:space="preserve">Составил: ____________________    Проверил: ____________________</w:t>
      </w:r>
    </w:p>
    <w:p>
      <w:r>
        <w:t xml:space="preserve">Указывайте факты и время. Передавайте нерешённые вопросы. При необходимости используйте отдельный порядок оформления происшествий.</w:t>
      </w:r>
    </w:p>
    <w:p>
      <w:pPr>
        <w:pStyle w:val="Title"/>
        <w:pageBreakBefore/>
      </w:pPr>
      <w:r>
        <w:t xml:space="preserve">Контрольный лист обхода охраны</w:t>
      </w:r>
    </w:p>
    <w:p>
      <w:r>
        <w:t xml:space="preserve">ЗАПОЛНЕННЫЙ ВЫМЫШЛЕННЫЙ ПРИМЕР</w:t>
      </w:r>
    </w:p>
    <w:p>
      <w:r>
        <w:t xml:space="preserve">Объект: Harbor Point Offices - Вымышленный пример</w:t>
      </w:r>
    </w:p>
    <w:p>
      <w:r>
        <w:t xml:space="preserve">Охранник: Охранник A (пример)    Дата: 14 января 2026 г.</w:t>
      </w:r>
    </w:p>
    <w:p>
      <w:r>
        <w:t xml:space="preserve">Смена: 22:00-06:00, окончание 15 января</w:t>
      </w:r>
    </w:p>
    <w:p>
      <w:r>
        <w:t xml:space="preserve">Зона/маршрут обхода: входы и наружная дорожка</w:t>
      </w:r>
    </w:p>
    <w:p>
      <w:r>
        <w:t xml:space="preserve">Руководитель/проверяющий: Руководитель B (пример)</w:t>
      </w:r>
    </w:p>
    <w:p>
      <w:r>
        <w:t xml:space="preserve">Местное время объекта. 05:50 и 06:00 относятся к 15 января.</w:t>
      </w:r>
    </w:p>
    <w:p>
      <w:pPr>
        <w:pStyle w:val="Heading1"/>
      </w:pPr>
      <w:r>
        <w:t xml:space="preserve">Проверки при обходе</w:t>
      </w:r>
    </w:p>
    <w:p>
      <w:r>
        <w:t xml:space="preserve">Сделано = проверка выполнена, а не отсутствие дефекта. Укажите Да/Нет/Не применимо; поясните два последних ответа. Сканирование не удостоверяет выполнение задач.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Зона/точка обхода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Что проверить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Сделано?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Проблема?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Мера/примечание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Главный вход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Проверить, свободен ли проход.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Нет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22:10 - Проход свободен.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Вход в техническое помещение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Проверить вход только снаружи.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Нет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22:20 - Вход свободен. Внутрь не заходил.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Служебная дверь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Проверить закрытие двери и защёлку.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22:25 - Защёлка не фиксируется. Сообщено руководителю в 22:30.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Наружная дорожка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Проверить освещение назначенной дорожки.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22:35 - Один светильник не работает. Сообщено руководителю в 22:40.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Дорожка на парковке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Проверить видимые препятствия.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Нет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22:45 - Препятствий не замечено.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Пост в приёмной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Проверить актуальность записей для сменщика.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Да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Нет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05:50 - Проблемы двери и света не решены; переданы в 06:00.</w:t>
            </w:r>
          </w:p>
        </w:tc>
      </w:tr>
    </w:tbl>
    <w:p>
      <w:pPr>
        <w:pStyle w:val="Heading1"/>
      </w:pPr>
      <w:r>
        <w:t xml:space="preserve">Проблемы/исключения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Место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Что обнаружено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Принятые меры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Статус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Служебная дверь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Защёлка не фиксируется.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Руководитель уведомлён в 22:30; ремонт не подтверждён.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 решено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Наружная дорожка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Один светильник не работает.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Руководитель уведомлён в 22:40; ремонт не подтверждён.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 решено</w:t>
            </w:r>
          </w:p>
        </w:tc>
      </w:tr>
    </w:tbl>
    <w:p>
      <w:pPr>
        <w:pStyle w:val="Heading1"/>
      </w:pPr>
      <w:r>
        <w:t xml:space="preserve">Вопросы для следующей смены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Проблема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Текущий статус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Следующее действие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Защёлка двери не фиксируется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 решено при передаче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Руководитель уточнит ремонт; сменщик соблюдает инструкции объекта.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Наружный светильник не работает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 решено при передаче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Руководитель контролирует ремонт; сменщик использует утверждённый безопасный маршрут.</w:t>
            </w:r>
          </w:p>
        </w:tc>
      </w:tr>
    </w:tbl>
    <w:p>
      <w:r>
        <w:t xml:space="preserve">Составил: Охранник A (пример)    Проверил: Руководитель B (пример)</w:t>
      </w:r>
    </w:p>
    <w:p>
      <w:r>
        <w:t xml:space="preserve">Указывайте факты и время. Передавайте нерешённые вопросы. При необходимости используйте отдельный порядок оформления происшествий.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Контрольный лист обхода  |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обхода охраны</dc:title>
  <dc:subject>Blank patrol checklist and fictional completed example</dc:subject>
  <dc:creator>CheckpointGuard</dc:creator>
  <cp:keywords/>
  <dc:description/>
  <cp:lastModifiedBy>CheckpointGuard</cp:lastModifiedBy>
  <cp:revision>1</cp:revision>
  <dcterms:created xsi:type="dcterms:W3CDTF">2026-09-10T00:00:00Z</dcterms:created>
  <dcterms:modified xsi:type="dcterms:W3CDTF">2026-09-10T00:00:00Z</dcterms:modified>
  <cp:category/>
</cp:coreProperties>
</file>